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1463040" cy="56125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zrcadlo-pec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56125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Beáta ve Skalici pro klienty a blízké</w:t>
      </w:r>
    </w:p>
    <w:p>
      <w:r>
        <w:rPr>
          <w:b/>
        </w:rPr>
        <w:t>Vážené klientky, vážení klienti,</w:t>
        <w:br/>
        <w:t>vážení rodinní příslušníci,</w:t>
      </w:r>
    </w:p>
    <w:p>
      <w:r>
        <w:t>rádi bychom vás krátce informovali o malé novince. U některých lůžek bude umístěno zařízení Beáta. Je připevněné zespodu na rámu lůžka a pomáhá nám lépe porozumět průběhu péče a podmínkám v pokoji během dne i noci.</w:t>
      </w:r>
    </w:p>
    <w:p>
      <w:r>
        <w:t>Zařízení neobsahuje kameru ani mikrofon, nenahrává zvuk ani obraz. Pracuje s číselnými údaji, například o pohybu lůžka, délce úseků péče, teplotě, vlhkosti a hladině hluku.</w:t>
      </w:r>
    </w:p>
    <w:p>
      <w:r>
        <w:t>Tyto údaje jsou pro nás především podkladem k rozhovoru o tom, co se daří a kde lze péči nebo prostředí ještě lépe přizpůsobit konkrétnímu člověku. Pro klienta se tím nic nemění; Beáta je pouze pomůcka, která nám pomáhá lépe vidět realitu péče.</w:t>
      </w:r>
    </w:p>
    <w:p>
      <w:r>
        <w:t>Pokud by vás cokoli zajímalo, rádi vám zařízení ukážeme a vše vysvětlíme. Děkujeme vám za důvěru.</w:t>
      </w:r>
    </w:p>
    <w:p>
      <w:r>
        <w:rPr>
          <w:b/>
        </w:rPr>
        <w:t>S úctou</w:t>
        <w:br/>
        <w:t>vedení domova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20" w:line="269" w:lineRule="auto"/>
    </w:pPr>
    <w:rPr>
      <w:rFonts w:ascii="Calibri" w:hAnsi="Calibri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Beáta ve Skalici pro klienty a blízké</dc:title>
  <dc:subject/>
  <dc:creator>Zrcadlo péče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